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3341" w14:textId="77777777" w:rsidR="0040702C" w:rsidRPr="0040702C" w:rsidRDefault="0040702C" w:rsidP="006533FF">
      <w:pPr>
        <w:jc w:val="center"/>
        <w:rPr>
          <w:rFonts w:ascii="游ゴシック" w:eastAsia="游ゴシック" w:hAnsi="游ゴシック"/>
          <w:b/>
          <w:sz w:val="2"/>
        </w:rPr>
      </w:pPr>
    </w:p>
    <w:p w14:paraId="0D7D116B" w14:textId="77777777" w:rsidR="006533FF" w:rsidRDefault="002D6C20" w:rsidP="006533FF">
      <w:pPr>
        <w:jc w:val="center"/>
        <w:rPr>
          <w:rFonts w:ascii="游ゴシック" w:eastAsia="游ゴシック" w:hAnsi="游ゴシック"/>
          <w:b/>
          <w:sz w:val="32"/>
          <w:lang w:eastAsia="ja-JP"/>
        </w:rPr>
      </w:pPr>
      <w:r>
        <w:rPr>
          <w:rFonts w:ascii="游ゴシック" w:eastAsia="游ゴシック" w:hAnsi="游ゴシック"/>
          <w:b/>
          <w:sz w:val="32"/>
        </w:rPr>
        <w:t xml:space="preserve">履　歴　</w:t>
      </w:r>
      <w:proofErr w:type="spellStart"/>
      <w:r>
        <w:rPr>
          <w:rFonts w:ascii="游ゴシック" w:eastAsia="游ゴシック" w:hAnsi="游ゴシック"/>
          <w:b/>
          <w:sz w:val="32"/>
        </w:rPr>
        <w:t>書（臨床工学</w:t>
      </w:r>
      <w:proofErr w:type="spellEnd"/>
      <w:r w:rsidR="006533FF">
        <w:rPr>
          <w:rFonts w:ascii="游ゴシック" w:eastAsia="游ゴシック" w:hAnsi="游ゴシック" w:hint="eastAsia"/>
          <w:b/>
          <w:sz w:val="32"/>
          <w:lang w:eastAsia="ja-JP"/>
        </w:rPr>
        <w:t>技士</w:t>
      </w:r>
      <w:r w:rsidR="006533FF">
        <w:rPr>
          <w:rFonts w:ascii="游ゴシック" w:eastAsia="游ゴシック" w:hAnsi="游ゴシック"/>
          <w:b/>
          <w:sz w:val="32"/>
          <w:lang w:eastAsia="ja-JP"/>
        </w:rPr>
        <w:t>）</w:t>
      </w:r>
    </w:p>
    <w:p w14:paraId="1211F051" w14:textId="77777777" w:rsidR="00CF6D8C" w:rsidRPr="00B70F02" w:rsidRDefault="00CF6D8C" w:rsidP="00CF6D8C">
      <w:pPr>
        <w:wordWrap w:val="0"/>
        <w:jc w:val="right"/>
        <w:rPr>
          <w:sz w:val="20"/>
          <w:szCs w:val="20"/>
          <w:lang w:eastAsia="ja-JP"/>
        </w:rPr>
      </w:pPr>
      <w:r w:rsidRPr="00B70F02">
        <w:rPr>
          <w:rFonts w:hint="eastAsia"/>
          <w:sz w:val="20"/>
          <w:szCs w:val="20"/>
          <w:lang w:eastAsia="ja-JP"/>
        </w:rPr>
        <w:t>提出日：　　　　　年　　　月　　日</w:t>
      </w:r>
    </w:p>
    <w:tbl>
      <w:tblPr>
        <w:tblStyle w:val="afe"/>
        <w:tblW w:w="0" w:type="auto"/>
        <w:jc w:val="center"/>
        <w:tblLook w:val="04A0" w:firstRow="1" w:lastRow="0" w:firstColumn="1" w:lastColumn="0" w:noHBand="0" w:noVBand="1"/>
      </w:tblPr>
      <w:tblGrid>
        <w:gridCol w:w="8250"/>
        <w:gridCol w:w="2116"/>
      </w:tblGrid>
      <w:tr w:rsidR="0080422B" w14:paraId="7DE84F6A" w14:textId="77777777">
        <w:trPr>
          <w:jc w:val="center"/>
        </w:trPr>
        <w:tc>
          <w:tcPr>
            <w:tcW w:w="5103" w:type="dxa"/>
            <w:tcMar>
              <w:top w:w="80" w:type="dxa"/>
              <w:left w:w="80" w:type="dxa"/>
              <w:bottom w:w="80" w:type="dxa"/>
              <w:right w:w="80" w:type="dxa"/>
            </w:tcMar>
          </w:tcPr>
          <w:p w14:paraId="553D20FA" w14:textId="77777777" w:rsidR="0080422B" w:rsidRDefault="0080422B"/>
          <w:tbl>
            <w:tblPr>
              <w:tblStyle w:val="afe"/>
              <w:tblW w:w="8080" w:type="dxa"/>
              <w:tblLook w:val="04A0" w:firstRow="1" w:lastRow="0" w:firstColumn="1" w:lastColumn="0" w:noHBand="0" w:noVBand="1"/>
            </w:tblPr>
            <w:tblGrid>
              <w:gridCol w:w="1307"/>
              <w:gridCol w:w="6773"/>
            </w:tblGrid>
            <w:tr w:rsidR="0080422B" w14:paraId="2DE4DCAD" w14:textId="77777777" w:rsidTr="0040702C">
              <w:trPr>
                <w:trHeight w:val="301"/>
              </w:trPr>
              <w:tc>
                <w:tcPr>
                  <w:tcW w:w="1307" w:type="dxa"/>
                  <w:vAlign w:val="center"/>
                </w:tcPr>
                <w:p w14:paraId="2526F096" w14:textId="77777777" w:rsidR="0080422B" w:rsidRPr="0040702C" w:rsidRDefault="002D6C20">
                  <w:pPr>
                    <w:rPr>
                      <w:sz w:val="24"/>
                    </w:rPr>
                  </w:pPr>
                  <w:proofErr w:type="spellStart"/>
                  <w:r w:rsidRPr="0040702C">
                    <w:rPr>
                      <w:rFonts w:ascii="游ゴシック" w:eastAsia="游ゴシック" w:hAnsi="游ゴシック"/>
                      <w:b/>
                      <w:sz w:val="24"/>
                    </w:rPr>
                    <w:t>フリガナ</w:t>
                  </w:r>
                  <w:proofErr w:type="spellEnd"/>
                </w:p>
              </w:tc>
              <w:tc>
                <w:tcPr>
                  <w:tcW w:w="6773" w:type="dxa"/>
                  <w:vAlign w:val="center"/>
                </w:tcPr>
                <w:p w14:paraId="61E87532" w14:textId="77777777" w:rsidR="0080422B" w:rsidRPr="0040702C" w:rsidRDefault="002D6C20">
                  <w:pPr>
                    <w:rPr>
                      <w:sz w:val="24"/>
                    </w:rPr>
                  </w:pPr>
                  <w:r w:rsidRPr="0040702C">
                    <w:rPr>
                      <w:rFonts w:ascii="游ゴシック" w:eastAsia="游ゴシック" w:hAnsi="游ゴシック"/>
                      <w:sz w:val="24"/>
                    </w:rPr>
                    <w:t xml:space="preserve">　　　　　　　　　　　　　　　　　　　　　　　　　　　　　　</w:t>
                  </w:r>
                </w:p>
              </w:tc>
            </w:tr>
            <w:tr w:rsidR="0080422B" w14:paraId="0E9C9A8F" w14:textId="77777777" w:rsidTr="0040702C">
              <w:trPr>
                <w:trHeight w:val="301"/>
              </w:trPr>
              <w:tc>
                <w:tcPr>
                  <w:tcW w:w="1307" w:type="dxa"/>
                  <w:vAlign w:val="center"/>
                </w:tcPr>
                <w:p w14:paraId="3FF2A6B3" w14:textId="77777777" w:rsidR="0080422B" w:rsidRPr="0040702C" w:rsidRDefault="002D6C20">
                  <w:pPr>
                    <w:rPr>
                      <w:sz w:val="24"/>
                    </w:rPr>
                  </w:pPr>
                  <w:r w:rsidRPr="0040702C">
                    <w:rPr>
                      <w:rFonts w:ascii="游ゴシック" w:eastAsia="游ゴシック" w:hAnsi="游ゴシック"/>
                      <w:b/>
                      <w:sz w:val="24"/>
                    </w:rPr>
                    <w:t>氏名</w:t>
                  </w:r>
                </w:p>
              </w:tc>
              <w:tc>
                <w:tcPr>
                  <w:tcW w:w="6773" w:type="dxa"/>
                  <w:vAlign w:val="center"/>
                </w:tcPr>
                <w:p w14:paraId="5AF1F04D" w14:textId="77777777" w:rsidR="0080422B" w:rsidRPr="0040702C" w:rsidRDefault="002D6C20">
                  <w:pPr>
                    <w:rPr>
                      <w:sz w:val="24"/>
                    </w:rPr>
                  </w:pPr>
                  <w:r w:rsidRPr="0040702C">
                    <w:rPr>
                      <w:rFonts w:ascii="游ゴシック" w:eastAsia="游ゴシック" w:hAnsi="游ゴシック"/>
                      <w:sz w:val="24"/>
                    </w:rPr>
                    <w:t xml:space="preserve">　　　　　　　　　　　　　　　　　　　　　　　　　　　　　　</w:t>
                  </w:r>
                </w:p>
              </w:tc>
            </w:tr>
            <w:tr w:rsidR="0080422B" w14:paraId="2FFAD0EA" w14:textId="77777777" w:rsidTr="0040702C">
              <w:tc>
                <w:tcPr>
                  <w:tcW w:w="1307" w:type="dxa"/>
                  <w:vAlign w:val="center"/>
                </w:tcPr>
                <w:p w14:paraId="28E21899" w14:textId="77777777" w:rsidR="0080422B" w:rsidRPr="0040702C" w:rsidRDefault="002D6C20">
                  <w:pPr>
                    <w:rPr>
                      <w:sz w:val="24"/>
                    </w:rPr>
                  </w:pPr>
                  <w:r w:rsidRPr="0040702C">
                    <w:rPr>
                      <w:rFonts w:ascii="游ゴシック" w:eastAsia="游ゴシック" w:hAnsi="游ゴシック"/>
                      <w:b/>
                      <w:sz w:val="24"/>
                    </w:rPr>
                    <w:t>生年月日</w:t>
                  </w:r>
                </w:p>
              </w:tc>
              <w:tc>
                <w:tcPr>
                  <w:tcW w:w="6773" w:type="dxa"/>
                  <w:vAlign w:val="center"/>
                </w:tcPr>
                <w:p w14:paraId="04D6655A" w14:textId="77777777" w:rsidR="0080422B" w:rsidRPr="0040702C" w:rsidRDefault="002D6C20">
                  <w:pPr>
                    <w:rPr>
                      <w:sz w:val="24"/>
                    </w:rPr>
                  </w:pPr>
                  <w:r w:rsidRPr="0040702C">
                    <w:rPr>
                      <w:rFonts w:ascii="游ゴシック" w:eastAsia="游ゴシック" w:hAnsi="游ゴシック"/>
                      <w:sz w:val="24"/>
                    </w:rPr>
                    <w:t xml:space="preserve">西暦　　　</w:t>
                  </w:r>
                  <w:proofErr w:type="gramStart"/>
                  <w:r w:rsidRPr="0040702C">
                    <w:rPr>
                      <w:rFonts w:ascii="游ゴシック" w:eastAsia="游ゴシック" w:hAnsi="游ゴシック"/>
                      <w:sz w:val="24"/>
                    </w:rPr>
                    <w:t>年　　月</w:t>
                  </w:r>
                  <w:proofErr w:type="gramEnd"/>
                  <w:r w:rsidRPr="0040702C">
                    <w:rPr>
                      <w:rFonts w:ascii="游ゴシック" w:eastAsia="游ゴシック" w:hAnsi="游ゴシック"/>
                      <w:sz w:val="24"/>
                    </w:rPr>
                    <w:t xml:space="preserve">　　日（</w:t>
                  </w:r>
                  <w:proofErr w:type="gramStart"/>
                  <w:r w:rsidRPr="0040702C">
                    <w:rPr>
                      <w:rFonts w:ascii="游ゴシック" w:eastAsia="游ゴシック" w:hAnsi="游ゴシック"/>
                      <w:sz w:val="24"/>
                    </w:rPr>
                    <w:t>満　　歳</w:t>
                  </w:r>
                  <w:proofErr w:type="gramEnd"/>
                  <w:r w:rsidRPr="0040702C">
                    <w:rPr>
                      <w:rFonts w:ascii="游ゴシック" w:eastAsia="游ゴシック" w:hAnsi="游ゴシック"/>
                      <w:sz w:val="24"/>
                    </w:rPr>
                    <w:t>）</w:t>
                  </w:r>
                </w:p>
              </w:tc>
            </w:tr>
            <w:tr w:rsidR="0080422B" w14:paraId="21920576" w14:textId="77777777" w:rsidTr="0040702C">
              <w:tc>
                <w:tcPr>
                  <w:tcW w:w="1307" w:type="dxa"/>
                  <w:vAlign w:val="center"/>
                </w:tcPr>
                <w:p w14:paraId="442D62B8" w14:textId="77777777" w:rsidR="0080422B" w:rsidRPr="0040702C" w:rsidRDefault="002D6C20">
                  <w:pPr>
                    <w:rPr>
                      <w:sz w:val="24"/>
                    </w:rPr>
                  </w:pPr>
                  <w:proofErr w:type="spellStart"/>
                  <w:r w:rsidRPr="0040702C">
                    <w:rPr>
                      <w:rFonts w:ascii="游ゴシック" w:eastAsia="游ゴシック" w:hAnsi="游ゴシック"/>
                      <w:b/>
                      <w:sz w:val="24"/>
                    </w:rPr>
                    <w:t>性別</w:t>
                  </w:r>
                  <w:proofErr w:type="spellEnd"/>
                </w:p>
              </w:tc>
              <w:tc>
                <w:tcPr>
                  <w:tcW w:w="6773" w:type="dxa"/>
                  <w:vAlign w:val="center"/>
                </w:tcPr>
                <w:p w14:paraId="1C311226" w14:textId="77777777" w:rsidR="0080422B" w:rsidRPr="0040702C" w:rsidRDefault="002D6C20">
                  <w:pPr>
                    <w:rPr>
                      <w:sz w:val="24"/>
                      <w:lang w:eastAsia="ja-JP"/>
                    </w:rPr>
                  </w:pPr>
                  <w:r w:rsidRPr="0040702C">
                    <w:rPr>
                      <w:rFonts w:ascii="游ゴシック" w:eastAsia="游ゴシック" w:hAnsi="游ゴシック"/>
                      <w:sz w:val="24"/>
                      <w:lang w:eastAsia="ja-JP"/>
                    </w:rPr>
                    <w:t>男・女</w:t>
                  </w:r>
                </w:p>
              </w:tc>
            </w:tr>
            <w:tr w:rsidR="0080422B" w14:paraId="698BE419" w14:textId="77777777" w:rsidTr="0040702C">
              <w:tc>
                <w:tcPr>
                  <w:tcW w:w="1307" w:type="dxa"/>
                  <w:vAlign w:val="center"/>
                </w:tcPr>
                <w:p w14:paraId="79E8488B" w14:textId="77777777" w:rsidR="0080422B" w:rsidRPr="0040702C" w:rsidRDefault="002D6C20">
                  <w:pPr>
                    <w:rPr>
                      <w:sz w:val="24"/>
                    </w:rPr>
                  </w:pPr>
                  <w:proofErr w:type="spellStart"/>
                  <w:r w:rsidRPr="0040702C">
                    <w:rPr>
                      <w:rFonts w:ascii="游ゴシック" w:eastAsia="游ゴシック" w:hAnsi="游ゴシック"/>
                      <w:b/>
                      <w:sz w:val="24"/>
                    </w:rPr>
                    <w:t>現住所</w:t>
                  </w:r>
                  <w:proofErr w:type="spellEnd"/>
                </w:p>
              </w:tc>
              <w:tc>
                <w:tcPr>
                  <w:tcW w:w="6773" w:type="dxa"/>
                  <w:vAlign w:val="center"/>
                </w:tcPr>
                <w:p w14:paraId="5F34040A" w14:textId="77777777" w:rsidR="0080422B" w:rsidRPr="0040702C" w:rsidRDefault="002D6C20">
                  <w:pPr>
                    <w:rPr>
                      <w:sz w:val="24"/>
                    </w:rPr>
                  </w:pPr>
                  <w:r w:rsidRPr="0040702C">
                    <w:rPr>
                      <w:rFonts w:ascii="游ゴシック" w:eastAsia="游ゴシック" w:hAnsi="游ゴシック"/>
                      <w:sz w:val="24"/>
                    </w:rPr>
                    <w:t xml:space="preserve">〒　　　　　　　　　　　　　　　　　　　　　　　　　　　　　</w:t>
                  </w:r>
                  <w:r w:rsidRPr="0040702C">
                    <w:rPr>
                      <w:rFonts w:ascii="游ゴシック" w:eastAsia="游ゴシック" w:hAnsi="游ゴシック"/>
                      <w:sz w:val="24"/>
                    </w:rPr>
                    <w:br/>
                    <w:t xml:space="preserve">　　　　　　　　　　　　　　　　　　　　　　　　　　　　　　</w:t>
                  </w:r>
                </w:p>
              </w:tc>
            </w:tr>
            <w:tr w:rsidR="0080422B" w14:paraId="09306434" w14:textId="77777777" w:rsidTr="0040702C">
              <w:tc>
                <w:tcPr>
                  <w:tcW w:w="1307" w:type="dxa"/>
                  <w:vAlign w:val="center"/>
                </w:tcPr>
                <w:p w14:paraId="36BA8593" w14:textId="77777777" w:rsidR="0080422B" w:rsidRPr="0040702C" w:rsidRDefault="002D6C20">
                  <w:pPr>
                    <w:rPr>
                      <w:sz w:val="24"/>
                    </w:rPr>
                  </w:pPr>
                  <w:r w:rsidRPr="0040702C">
                    <w:rPr>
                      <w:rFonts w:ascii="游ゴシック" w:eastAsia="游ゴシック" w:hAnsi="游ゴシック"/>
                      <w:b/>
                      <w:sz w:val="24"/>
                    </w:rPr>
                    <w:t>電話</w:t>
                  </w:r>
                </w:p>
              </w:tc>
              <w:tc>
                <w:tcPr>
                  <w:tcW w:w="6773" w:type="dxa"/>
                  <w:vAlign w:val="center"/>
                </w:tcPr>
                <w:p w14:paraId="2CA320DC" w14:textId="77777777" w:rsidR="0080422B" w:rsidRPr="0040702C" w:rsidRDefault="002D6C20">
                  <w:pPr>
                    <w:rPr>
                      <w:sz w:val="24"/>
                    </w:rPr>
                  </w:pPr>
                  <w:r w:rsidRPr="0040702C">
                    <w:rPr>
                      <w:rFonts w:ascii="游ゴシック" w:eastAsia="游ゴシック" w:hAnsi="游ゴシック"/>
                      <w:sz w:val="24"/>
                    </w:rPr>
                    <w:t xml:space="preserve">　　　　　　　　　　　　　　　</w:t>
                  </w:r>
                </w:p>
              </w:tc>
            </w:tr>
            <w:tr w:rsidR="0080422B" w14:paraId="6FC417B5" w14:textId="77777777" w:rsidTr="0040702C">
              <w:tc>
                <w:tcPr>
                  <w:tcW w:w="1307" w:type="dxa"/>
                  <w:vAlign w:val="center"/>
                </w:tcPr>
                <w:p w14:paraId="2080CEEC" w14:textId="77777777" w:rsidR="0080422B" w:rsidRPr="0040702C" w:rsidRDefault="002D6C20">
                  <w:pPr>
                    <w:rPr>
                      <w:sz w:val="24"/>
                    </w:rPr>
                  </w:pPr>
                  <w:r w:rsidRPr="0040702C">
                    <w:rPr>
                      <w:rFonts w:ascii="游ゴシック" w:eastAsia="游ゴシック" w:hAnsi="游ゴシック"/>
                      <w:b/>
                      <w:sz w:val="24"/>
                    </w:rPr>
                    <w:t>E-mail</w:t>
                  </w:r>
                </w:p>
              </w:tc>
              <w:tc>
                <w:tcPr>
                  <w:tcW w:w="6773" w:type="dxa"/>
                  <w:vAlign w:val="center"/>
                </w:tcPr>
                <w:p w14:paraId="088EF7C6" w14:textId="77777777" w:rsidR="0080422B" w:rsidRPr="0040702C" w:rsidRDefault="002D6C20">
                  <w:pPr>
                    <w:rPr>
                      <w:sz w:val="24"/>
                    </w:rPr>
                  </w:pPr>
                  <w:r w:rsidRPr="0040702C">
                    <w:rPr>
                      <w:rFonts w:ascii="游ゴシック" w:eastAsia="游ゴシック" w:hAnsi="游ゴシック"/>
                      <w:sz w:val="24"/>
                    </w:rPr>
                    <w:t xml:space="preserve">　　　　　　　　　　　　　　　</w:t>
                  </w:r>
                </w:p>
              </w:tc>
            </w:tr>
            <w:tr w:rsidR="0080422B" w14:paraId="0C33FF10" w14:textId="77777777" w:rsidTr="0040702C">
              <w:tc>
                <w:tcPr>
                  <w:tcW w:w="1307" w:type="dxa"/>
                  <w:vAlign w:val="center"/>
                </w:tcPr>
                <w:p w14:paraId="50CE5E1C" w14:textId="77777777" w:rsidR="0040702C" w:rsidRDefault="002D6C20">
                  <w:pPr>
                    <w:rPr>
                      <w:rFonts w:ascii="游ゴシック" w:eastAsia="游ゴシック" w:hAnsi="游ゴシック"/>
                      <w:b/>
                      <w:sz w:val="24"/>
                    </w:rPr>
                  </w:pPr>
                  <w:proofErr w:type="spellStart"/>
                  <w:r w:rsidRPr="0040702C">
                    <w:rPr>
                      <w:rFonts w:ascii="游ゴシック" w:eastAsia="游ゴシック" w:hAnsi="游ゴシック"/>
                      <w:b/>
                      <w:sz w:val="24"/>
                    </w:rPr>
                    <w:t>緊急</w:t>
                  </w:r>
                  <w:proofErr w:type="spellEnd"/>
                </w:p>
                <w:p w14:paraId="17FD2C9E" w14:textId="77777777" w:rsidR="0080422B" w:rsidRPr="0040702C" w:rsidRDefault="002D6C20" w:rsidP="0040702C">
                  <w:pPr>
                    <w:rPr>
                      <w:sz w:val="24"/>
                    </w:rPr>
                  </w:pPr>
                  <w:proofErr w:type="spellStart"/>
                  <w:r w:rsidRPr="0040702C">
                    <w:rPr>
                      <w:rFonts w:ascii="游ゴシック" w:eastAsia="游ゴシック" w:hAnsi="游ゴシック"/>
                      <w:b/>
                      <w:sz w:val="24"/>
                    </w:rPr>
                    <w:t>連絡先</w:t>
                  </w:r>
                  <w:proofErr w:type="spellEnd"/>
                </w:p>
              </w:tc>
              <w:tc>
                <w:tcPr>
                  <w:tcW w:w="6773" w:type="dxa"/>
                  <w:vAlign w:val="center"/>
                </w:tcPr>
                <w:p w14:paraId="66A57812" w14:textId="77777777" w:rsidR="006533FF" w:rsidRPr="0040702C" w:rsidRDefault="002D6C20">
                  <w:pPr>
                    <w:rPr>
                      <w:rFonts w:ascii="游ゴシック" w:eastAsia="游ゴシック" w:hAnsi="游ゴシック"/>
                      <w:sz w:val="24"/>
                    </w:rPr>
                  </w:pPr>
                  <w:r w:rsidRPr="0040702C">
                    <w:rPr>
                      <w:rFonts w:ascii="游ゴシック" w:eastAsia="游ゴシック" w:hAnsi="游ゴシック"/>
                      <w:sz w:val="24"/>
                    </w:rPr>
                    <w:t xml:space="preserve">氏名：　　　　　　　</w:t>
                  </w:r>
                  <w:r w:rsidR="006533FF" w:rsidRPr="0040702C">
                    <w:rPr>
                      <w:rFonts w:ascii="游ゴシック" w:eastAsia="游ゴシック" w:hAnsi="游ゴシック" w:hint="eastAsia"/>
                      <w:sz w:val="24"/>
                      <w:lang w:eastAsia="ja-JP"/>
                    </w:rPr>
                    <w:t xml:space="preserve">　　　</w:t>
                  </w:r>
                  <w:r w:rsidRPr="0040702C">
                    <w:rPr>
                      <w:rFonts w:ascii="游ゴシック" w:eastAsia="游ゴシック" w:hAnsi="游ゴシック"/>
                      <w:sz w:val="24"/>
                    </w:rPr>
                    <w:t xml:space="preserve">　　（続柄：　　　）　</w:t>
                  </w:r>
                </w:p>
                <w:p w14:paraId="74FC4019" w14:textId="77777777" w:rsidR="0080422B" w:rsidRPr="0040702C" w:rsidRDefault="002D6C20">
                  <w:pPr>
                    <w:rPr>
                      <w:rFonts w:ascii="游ゴシック" w:eastAsia="游ゴシック" w:hAnsi="游ゴシック"/>
                      <w:sz w:val="24"/>
                    </w:rPr>
                  </w:pPr>
                  <w:proofErr w:type="spellStart"/>
                  <w:r w:rsidRPr="0040702C">
                    <w:rPr>
                      <w:rFonts w:ascii="游ゴシック" w:eastAsia="游ゴシック" w:hAnsi="游ゴシック"/>
                      <w:sz w:val="24"/>
                    </w:rPr>
                    <w:t>電話</w:t>
                  </w:r>
                  <w:proofErr w:type="spellEnd"/>
                  <w:r w:rsidRPr="0040702C">
                    <w:rPr>
                      <w:rFonts w:ascii="游ゴシック" w:eastAsia="游ゴシック" w:hAnsi="游ゴシック"/>
                      <w:sz w:val="24"/>
                    </w:rPr>
                    <w:t xml:space="preserve">：　　　　　　　　　</w:t>
                  </w:r>
                </w:p>
              </w:tc>
            </w:tr>
          </w:tbl>
          <w:p w14:paraId="41CCC594" w14:textId="77777777" w:rsidR="0080422B" w:rsidRDefault="0080422B"/>
        </w:tc>
        <w:tc>
          <w:tcPr>
            <w:tcW w:w="5103" w:type="dxa"/>
            <w:tcMar>
              <w:top w:w="80" w:type="dxa"/>
              <w:left w:w="80" w:type="dxa"/>
              <w:bottom w:w="80" w:type="dxa"/>
              <w:right w:w="80" w:type="dxa"/>
            </w:tcMar>
            <w:vAlign w:val="center"/>
          </w:tcPr>
          <w:p w14:paraId="67C4A484" w14:textId="77777777" w:rsidR="0080422B" w:rsidRDefault="002D6C20">
            <w:pPr>
              <w:jc w:val="center"/>
              <w:rPr>
                <w:lang w:eastAsia="ja-JP"/>
              </w:rPr>
            </w:pPr>
            <w:r>
              <w:rPr>
                <w:rFonts w:ascii="游ゴシック" w:eastAsia="游ゴシック" w:hAnsi="游ゴシック"/>
                <w:sz w:val="21"/>
                <w:lang w:eastAsia="ja-JP"/>
              </w:rPr>
              <w:t>写真貼付欄</w:t>
            </w:r>
            <w:r>
              <w:rPr>
                <w:rFonts w:ascii="游ゴシック" w:eastAsia="游ゴシック" w:hAnsi="游ゴシック"/>
                <w:sz w:val="21"/>
                <w:lang w:eastAsia="ja-JP"/>
              </w:rPr>
              <w:br/>
              <w:t>（縦4cm×横3cm）</w:t>
            </w:r>
            <w:r>
              <w:rPr>
                <w:rFonts w:ascii="游ゴシック" w:eastAsia="游ゴシック" w:hAnsi="游ゴシック"/>
                <w:sz w:val="21"/>
                <w:lang w:eastAsia="ja-JP"/>
              </w:rPr>
              <w:br/>
            </w:r>
            <w:r>
              <w:rPr>
                <w:rFonts w:ascii="游ゴシック" w:eastAsia="游ゴシック" w:hAnsi="游ゴシック"/>
                <w:sz w:val="21"/>
                <w:lang w:eastAsia="ja-JP"/>
              </w:rPr>
              <w:br/>
              <w:t>※裏面に氏名記入</w:t>
            </w:r>
          </w:p>
        </w:tc>
      </w:tr>
    </w:tbl>
    <w:p w14:paraId="543B9230" w14:textId="77777777" w:rsidR="0080422B" w:rsidRPr="0040702C" w:rsidRDefault="0080422B">
      <w:pPr>
        <w:rPr>
          <w:sz w:val="8"/>
          <w:lang w:eastAsia="ja-JP"/>
        </w:rPr>
      </w:pPr>
    </w:p>
    <w:tbl>
      <w:tblPr>
        <w:tblStyle w:val="afe"/>
        <w:tblW w:w="0" w:type="auto"/>
        <w:tblLook w:val="04A0" w:firstRow="1" w:lastRow="0" w:firstColumn="1" w:lastColumn="0" w:noHBand="0" w:noVBand="1"/>
      </w:tblPr>
      <w:tblGrid>
        <w:gridCol w:w="2249"/>
        <w:gridCol w:w="8173"/>
      </w:tblGrid>
      <w:tr w:rsidR="0080422B" w:rsidRPr="0040702C" w14:paraId="5A4C9EA0" w14:textId="77777777" w:rsidTr="006533FF">
        <w:tc>
          <w:tcPr>
            <w:tcW w:w="2249" w:type="dxa"/>
            <w:vAlign w:val="center"/>
          </w:tcPr>
          <w:p w14:paraId="0C641EDF" w14:textId="77777777" w:rsidR="0080422B" w:rsidRPr="0040702C" w:rsidRDefault="002D6C20">
            <w:pPr>
              <w:rPr>
                <w:sz w:val="28"/>
              </w:rPr>
            </w:pPr>
            <w:proofErr w:type="spellStart"/>
            <w:r w:rsidRPr="0040702C">
              <w:rPr>
                <w:rFonts w:ascii="游ゴシック" w:eastAsia="游ゴシック" w:hAnsi="游ゴシック"/>
                <w:b/>
                <w:sz w:val="24"/>
              </w:rPr>
              <w:t>当直</w:t>
            </w:r>
            <w:proofErr w:type="spellEnd"/>
            <w:r w:rsidRPr="0040702C">
              <w:rPr>
                <w:rFonts w:ascii="游ゴシック" w:eastAsia="游ゴシック" w:hAnsi="游ゴシック"/>
                <w:b/>
                <w:sz w:val="24"/>
              </w:rPr>
              <w:t>/</w:t>
            </w:r>
            <w:proofErr w:type="spellStart"/>
            <w:r w:rsidRPr="0040702C">
              <w:rPr>
                <w:rFonts w:ascii="游ゴシック" w:eastAsia="游ゴシック" w:hAnsi="游ゴシック"/>
                <w:b/>
                <w:sz w:val="24"/>
              </w:rPr>
              <w:t>オンコール</w:t>
            </w:r>
            <w:proofErr w:type="spellEnd"/>
          </w:p>
        </w:tc>
        <w:tc>
          <w:tcPr>
            <w:tcW w:w="8173" w:type="dxa"/>
            <w:vAlign w:val="center"/>
          </w:tcPr>
          <w:p w14:paraId="780105E8" w14:textId="77777777" w:rsidR="0080422B" w:rsidRPr="0040702C" w:rsidRDefault="002D6C20" w:rsidP="00CF6D8C">
            <w:pPr>
              <w:ind w:firstLineChars="50" w:firstLine="120"/>
              <w:rPr>
                <w:sz w:val="28"/>
              </w:rPr>
            </w:pPr>
            <w:r w:rsidRPr="0040702C">
              <w:rPr>
                <w:rFonts w:ascii="游ゴシック" w:eastAsia="游ゴシック" w:hAnsi="游ゴシック"/>
                <w:sz w:val="24"/>
              </w:rPr>
              <w:t xml:space="preserve">可　／　</w:t>
            </w:r>
            <w:proofErr w:type="spellStart"/>
            <w:r w:rsidRPr="0040702C">
              <w:rPr>
                <w:rFonts w:ascii="游ゴシック" w:eastAsia="游ゴシック" w:hAnsi="游ゴシック"/>
                <w:sz w:val="24"/>
              </w:rPr>
              <w:t>要相談（理由</w:t>
            </w:r>
            <w:proofErr w:type="spellEnd"/>
            <w:r w:rsidRPr="0040702C">
              <w:rPr>
                <w:rFonts w:ascii="游ゴシック" w:eastAsia="游ゴシック" w:hAnsi="游ゴシック"/>
                <w:sz w:val="24"/>
              </w:rPr>
              <w:t xml:space="preserve">：　　</w:t>
            </w:r>
            <w:r w:rsidR="0040702C">
              <w:rPr>
                <w:rFonts w:ascii="游ゴシック" w:eastAsia="游ゴシック" w:hAnsi="游ゴシック" w:hint="eastAsia"/>
                <w:sz w:val="24"/>
                <w:lang w:eastAsia="ja-JP"/>
              </w:rPr>
              <w:t xml:space="preserve">　　　　　　</w:t>
            </w:r>
            <w:r w:rsidRPr="0040702C">
              <w:rPr>
                <w:rFonts w:ascii="游ゴシック" w:eastAsia="游ゴシック" w:hAnsi="游ゴシック"/>
                <w:sz w:val="24"/>
              </w:rPr>
              <w:t xml:space="preserve">　　　　　　　　　　　）</w:t>
            </w:r>
          </w:p>
        </w:tc>
      </w:tr>
      <w:tr w:rsidR="0080422B" w:rsidRPr="0040702C" w14:paraId="744DA9A6" w14:textId="77777777" w:rsidTr="006533FF">
        <w:tc>
          <w:tcPr>
            <w:tcW w:w="2249" w:type="dxa"/>
            <w:vAlign w:val="center"/>
          </w:tcPr>
          <w:p w14:paraId="486E3804" w14:textId="77777777" w:rsidR="0080422B" w:rsidRPr="0040702C" w:rsidRDefault="002D6C20">
            <w:pPr>
              <w:rPr>
                <w:sz w:val="28"/>
              </w:rPr>
            </w:pPr>
            <w:proofErr w:type="spellStart"/>
            <w:r w:rsidRPr="0040702C">
              <w:rPr>
                <w:rFonts w:ascii="游ゴシック" w:eastAsia="游ゴシック" w:hAnsi="游ゴシック"/>
                <w:b/>
                <w:sz w:val="24"/>
              </w:rPr>
              <w:t>その他希望</w:t>
            </w:r>
            <w:proofErr w:type="spellEnd"/>
          </w:p>
        </w:tc>
        <w:tc>
          <w:tcPr>
            <w:tcW w:w="8173" w:type="dxa"/>
            <w:vAlign w:val="center"/>
          </w:tcPr>
          <w:p w14:paraId="4767CDC4" w14:textId="77777777" w:rsidR="0080422B" w:rsidRPr="0040702C" w:rsidRDefault="002D6C20">
            <w:pPr>
              <w:rPr>
                <w:sz w:val="28"/>
                <w:lang w:eastAsia="ja-JP"/>
              </w:rPr>
            </w:pPr>
            <w:r w:rsidRPr="0040702C">
              <w:rPr>
                <w:rFonts w:ascii="游ゴシック" w:eastAsia="游ゴシック" w:hAnsi="游ゴシック"/>
                <w:sz w:val="24"/>
                <w:lang w:eastAsia="ja-JP"/>
              </w:rPr>
              <w:t>配属希望・転居可否など</w:t>
            </w:r>
            <w:r w:rsidR="00D45E06" w:rsidRPr="0040702C">
              <w:rPr>
                <w:rFonts w:ascii="游ゴシック" w:eastAsia="游ゴシック" w:hAnsi="游ゴシック" w:hint="eastAsia"/>
                <w:sz w:val="24"/>
                <w:lang w:eastAsia="ja-JP"/>
              </w:rPr>
              <w:t>あれば</w:t>
            </w:r>
            <w:r w:rsidRPr="0040702C">
              <w:rPr>
                <w:rFonts w:ascii="游ゴシック" w:eastAsia="游ゴシック" w:hAnsi="游ゴシック"/>
                <w:sz w:val="24"/>
                <w:lang w:eastAsia="ja-JP"/>
              </w:rPr>
              <w:t xml:space="preserve">：　　　　　　　　　　　　　　</w:t>
            </w:r>
          </w:p>
        </w:tc>
      </w:tr>
    </w:tbl>
    <w:p w14:paraId="62723027" w14:textId="77777777" w:rsidR="0080422B" w:rsidRPr="0040702C" w:rsidRDefault="0080422B">
      <w:pPr>
        <w:rPr>
          <w:sz w:val="8"/>
          <w:lang w:eastAsia="ja-JP"/>
        </w:rPr>
      </w:pPr>
    </w:p>
    <w:p w14:paraId="51AE22E8" w14:textId="77777777" w:rsidR="0080422B" w:rsidRPr="0040702C" w:rsidRDefault="002D6C20">
      <w:pPr>
        <w:rPr>
          <w:sz w:val="24"/>
          <w:szCs w:val="24"/>
        </w:rPr>
      </w:pPr>
      <w:proofErr w:type="spellStart"/>
      <w:r w:rsidRPr="0040702C">
        <w:rPr>
          <w:rFonts w:ascii="游ゴシック" w:eastAsia="游ゴシック" w:hAnsi="游ゴシック"/>
          <w:b/>
          <w:sz w:val="24"/>
          <w:szCs w:val="24"/>
        </w:rPr>
        <w:t>学歴（中学校卒業以降</w:t>
      </w:r>
      <w:proofErr w:type="spellEnd"/>
      <w:r w:rsidRPr="0040702C">
        <w:rPr>
          <w:rFonts w:ascii="游ゴシック" w:eastAsia="游ゴシック" w:hAnsi="游ゴシック"/>
          <w:b/>
          <w:sz w:val="24"/>
          <w:szCs w:val="24"/>
        </w:rPr>
        <w:t>）</w:t>
      </w:r>
    </w:p>
    <w:tbl>
      <w:tblPr>
        <w:tblStyle w:val="afe"/>
        <w:tblW w:w="0" w:type="auto"/>
        <w:tblLook w:val="04A0" w:firstRow="1" w:lastRow="0" w:firstColumn="1" w:lastColumn="0" w:noHBand="0" w:noVBand="1"/>
      </w:tblPr>
      <w:tblGrid>
        <w:gridCol w:w="2718"/>
        <w:gridCol w:w="2657"/>
        <w:gridCol w:w="5047"/>
      </w:tblGrid>
      <w:tr w:rsidR="0080422B" w14:paraId="1FF6F8C3" w14:textId="77777777">
        <w:tc>
          <w:tcPr>
            <w:tcW w:w="3402" w:type="dxa"/>
            <w:vAlign w:val="center"/>
          </w:tcPr>
          <w:p w14:paraId="207DF6D9" w14:textId="77777777" w:rsidR="0080422B" w:rsidRPr="0040702C" w:rsidRDefault="002D6C20">
            <w:pPr>
              <w:jc w:val="center"/>
              <w:rPr>
                <w:sz w:val="24"/>
              </w:rPr>
            </w:pPr>
            <w:r w:rsidRPr="0040702C">
              <w:rPr>
                <w:rFonts w:ascii="游ゴシック" w:eastAsia="游ゴシック" w:hAnsi="游ゴシック"/>
                <w:b/>
                <w:sz w:val="24"/>
              </w:rPr>
              <w:t>年（西暦）</w:t>
            </w:r>
          </w:p>
        </w:tc>
        <w:tc>
          <w:tcPr>
            <w:tcW w:w="3402" w:type="dxa"/>
            <w:vAlign w:val="center"/>
          </w:tcPr>
          <w:p w14:paraId="1B73B122" w14:textId="77777777" w:rsidR="0080422B" w:rsidRPr="0040702C" w:rsidRDefault="002D6C20">
            <w:pPr>
              <w:jc w:val="center"/>
              <w:rPr>
                <w:sz w:val="24"/>
              </w:rPr>
            </w:pPr>
            <w:r w:rsidRPr="0040702C">
              <w:rPr>
                <w:rFonts w:ascii="游ゴシック" w:eastAsia="游ゴシック" w:hAnsi="游ゴシック"/>
                <w:b/>
                <w:sz w:val="24"/>
              </w:rPr>
              <w:t>月</w:t>
            </w:r>
          </w:p>
        </w:tc>
        <w:tc>
          <w:tcPr>
            <w:tcW w:w="3402" w:type="dxa"/>
            <w:vAlign w:val="center"/>
          </w:tcPr>
          <w:p w14:paraId="405F3813" w14:textId="77777777" w:rsidR="0080422B" w:rsidRPr="0040702C" w:rsidRDefault="002D6C20">
            <w:pPr>
              <w:jc w:val="center"/>
              <w:rPr>
                <w:sz w:val="24"/>
                <w:lang w:eastAsia="ja-JP"/>
              </w:rPr>
            </w:pPr>
            <w:r w:rsidRPr="0040702C">
              <w:rPr>
                <w:rFonts w:ascii="游ゴシック" w:eastAsia="游ゴシック" w:hAnsi="游ゴシック"/>
                <w:b/>
                <w:sz w:val="24"/>
                <w:lang w:eastAsia="ja-JP"/>
              </w:rPr>
              <w:t>学校名・学部学科等（卒業/卒業見込）</w:t>
            </w:r>
          </w:p>
        </w:tc>
      </w:tr>
      <w:tr w:rsidR="0080422B" w14:paraId="6E4C9D41" w14:textId="77777777">
        <w:tc>
          <w:tcPr>
            <w:tcW w:w="1984" w:type="dxa"/>
            <w:vAlign w:val="center"/>
          </w:tcPr>
          <w:p w14:paraId="60B20BBB"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1984" w:type="dxa"/>
            <w:vAlign w:val="center"/>
          </w:tcPr>
          <w:p w14:paraId="2978FC4C"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6520" w:type="dxa"/>
            <w:vAlign w:val="center"/>
          </w:tcPr>
          <w:p w14:paraId="2173B0A6"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r>
      <w:tr w:rsidR="0080422B" w14:paraId="3CFC3A38" w14:textId="77777777">
        <w:tc>
          <w:tcPr>
            <w:tcW w:w="1984" w:type="dxa"/>
            <w:vAlign w:val="center"/>
          </w:tcPr>
          <w:p w14:paraId="0C39B55C"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1984" w:type="dxa"/>
            <w:vAlign w:val="center"/>
          </w:tcPr>
          <w:p w14:paraId="1CEF4FE2"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6520" w:type="dxa"/>
            <w:vAlign w:val="center"/>
          </w:tcPr>
          <w:p w14:paraId="23D85331"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r>
      <w:tr w:rsidR="0080422B" w14:paraId="356D18ED" w14:textId="77777777">
        <w:tc>
          <w:tcPr>
            <w:tcW w:w="1984" w:type="dxa"/>
            <w:vAlign w:val="center"/>
          </w:tcPr>
          <w:p w14:paraId="335251C2"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1984" w:type="dxa"/>
            <w:vAlign w:val="center"/>
          </w:tcPr>
          <w:p w14:paraId="78174A07"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6520" w:type="dxa"/>
            <w:vAlign w:val="center"/>
          </w:tcPr>
          <w:p w14:paraId="307FE47B"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r>
      <w:tr w:rsidR="0080422B" w14:paraId="4A7A2062" w14:textId="77777777">
        <w:tc>
          <w:tcPr>
            <w:tcW w:w="1984" w:type="dxa"/>
            <w:vAlign w:val="center"/>
          </w:tcPr>
          <w:p w14:paraId="3562188F"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1984" w:type="dxa"/>
            <w:vAlign w:val="center"/>
          </w:tcPr>
          <w:p w14:paraId="0F550556"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6520" w:type="dxa"/>
            <w:vAlign w:val="center"/>
          </w:tcPr>
          <w:p w14:paraId="4BBA707C"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r>
      <w:tr w:rsidR="0080422B" w14:paraId="2AE5AE67" w14:textId="77777777">
        <w:tc>
          <w:tcPr>
            <w:tcW w:w="1984" w:type="dxa"/>
            <w:vAlign w:val="center"/>
          </w:tcPr>
          <w:p w14:paraId="4A39398D"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1984" w:type="dxa"/>
            <w:vAlign w:val="center"/>
          </w:tcPr>
          <w:p w14:paraId="1061A9EC"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6520" w:type="dxa"/>
            <w:vAlign w:val="center"/>
          </w:tcPr>
          <w:p w14:paraId="0DC07218"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r>
      <w:tr w:rsidR="0080422B" w14:paraId="7014AD24" w14:textId="77777777">
        <w:tc>
          <w:tcPr>
            <w:tcW w:w="1984" w:type="dxa"/>
            <w:vAlign w:val="center"/>
          </w:tcPr>
          <w:p w14:paraId="48607B49"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1984" w:type="dxa"/>
            <w:vAlign w:val="center"/>
          </w:tcPr>
          <w:p w14:paraId="38667F81"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6520" w:type="dxa"/>
            <w:vAlign w:val="center"/>
          </w:tcPr>
          <w:p w14:paraId="4F36457D"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r>
      <w:tr w:rsidR="0080422B" w14:paraId="166E02D4" w14:textId="77777777">
        <w:tc>
          <w:tcPr>
            <w:tcW w:w="1984" w:type="dxa"/>
            <w:vAlign w:val="center"/>
          </w:tcPr>
          <w:p w14:paraId="64432B06"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1984" w:type="dxa"/>
            <w:vAlign w:val="center"/>
          </w:tcPr>
          <w:p w14:paraId="7FD66336"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6520" w:type="dxa"/>
            <w:vAlign w:val="center"/>
          </w:tcPr>
          <w:p w14:paraId="5EA90D3F"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r>
      <w:tr w:rsidR="0080422B" w14:paraId="285B1720" w14:textId="77777777">
        <w:tc>
          <w:tcPr>
            <w:tcW w:w="1984" w:type="dxa"/>
            <w:vAlign w:val="center"/>
          </w:tcPr>
          <w:p w14:paraId="156F49CC"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1984" w:type="dxa"/>
            <w:vAlign w:val="center"/>
          </w:tcPr>
          <w:p w14:paraId="696ED539"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c>
          <w:tcPr>
            <w:tcW w:w="6520" w:type="dxa"/>
            <w:vAlign w:val="center"/>
          </w:tcPr>
          <w:p w14:paraId="5BF6DBCC" w14:textId="77777777" w:rsidR="0080422B" w:rsidRPr="0040702C" w:rsidRDefault="002D6C20">
            <w:pPr>
              <w:rPr>
                <w:sz w:val="24"/>
                <w:lang w:eastAsia="ja-JP"/>
              </w:rPr>
            </w:pPr>
            <w:r w:rsidRPr="0040702C">
              <w:rPr>
                <w:rFonts w:ascii="游ゴシック" w:eastAsia="游ゴシック" w:hAnsi="游ゴシック"/>
                <w:sz w:val="24"/>
                <w:lang w:eastAsia="ja-JP"/>
              </w:rPr>
              <w:t xml:space="preserve">　　　　　　　　　　　　　　　　　　　　　　　　　　　　　　</w:t>
            </w:r>
          </w:p>
        </w:tc>
      </w:tr>
    </w:tbl>
    <w:p w14:paraId="4992DD53" w14:textId="77777777" w:rsidR="0080422B" w:rsidRPr="0040702C" w:rsidRDefault="0080422B">
      <w:pPr>
        <w:rPr>
          <w:sz w:val="8"/>
          <w:lang w:eastAsia="ja-JP"/>
        </w:rPr>
      </w:pPr>
    </w:p>
    <w:p w14:paraId="2241838F" w14:textId="77777777" w:rsidR="0080422B" w:rsidRPr="00B70F02" w:rsidRDefault="002D6C20">
      <w:pPr>
        <w:rPr>
          <w:szCs w:val="21"/>
        </w:rPr>
      </w:pPr>
      <w:proofErr w:type="spellStart"/>
      <w:r w:rsidRPr="00B70F02">
        <w:rPr>
          <w:rFonts w:ascii="游ゴシック" w:eastAsia="游ゴシック" w:hAnsi="游ゴシック"/>
          <w:b/>
          <w:szCs w:val="21"/>
        </w:rPr>
        <w:t>免許・資格</w:t>
      </w:r>
      <w:proofErr w:type="spellEnd"/>
    </w:p>
    <w:tbl>
      <w:tblPr>
        <w:tblStyle w:val="afe"/>
        <w:tblW w:w="0" w:type="auto"/>
        <w:tblLook w:val="04A0" w:firstRow="1" w:lastRow="0" w:firstColumn="1" w:lastColumn="0" w:noHBand="0" w:noVBand="1"/>
      </w:tblPr>
      <w:tblGrid>
        <w:gridCol w:w="3510"/>
        <w:gridCol w:w="6912"/>
      </w:tblGrid>
      <w:tr w:rsidR="0080422B" w14:paraId="243D00CB" w14:textId="77777777" w:rsidTr="0040702C">
        <w:tc>
          <w:tcPr>
            <w:tcW w:w="3510" w:type="dxa"/>
          </w:tcPr>
          <w:p w14:paraId="4660C696" w14:textId="77777777" w:rsidR="0080422B" w:rsidRPr="0040702C" w:rsidRDefault="002D6C20">
            <w:pPr>
              <w:jc w:val="center"/>
              <w:rPr>
                <w:sz w:val="24"/>
              </w:rPr>
            </w:pPr>
            <w:proofErr w:type="spellStart"/>
            <w:r w:rsidRPr="0040702C">
              <w:rPr>
                <w:rFonts w:ascii="游ゴシック" w:eastAsia="游ゴシック" w:hAnsi="游ゴシック"/>
                <w:b/>
                <w:sz w:val="24"/>
              </w:rPr>
              <w:t>取得年月（西暦</w:t>
            </w:r>
            <w:proofErr w:type="spellEnd"/>
            <w:r w:rsidRPr="0040702C">
              <w:rPr>
                <w:rFonts w:ascii="游ゴシック" w:eastAsia="游ゴシック" w:hAnsi="游ゴシック"/>
                <w:b/>
                <w:sz w:val="24"/>
              </w:rPr>
              <w:t>）</w:t>
            </w:r>
          </w:p>
        </w:tc>
        <w:tc>
          <w:tcPr>
            <w:tcW w:w="6912" w:type="dxa"/>
          </w:tcPr>
          <w:p w14:paraId="09AF46D5" w14:textId="77777777" w:rsidR="0080422B" w:rsidRPr="0040702C" w:rsidRDefault="002D6C20">
            <w:pPr>
              <w:jc w:val="center"/>
              <w:rPr>
                <w:sz w:val="24"/>
                <w:lang w:eastAsia="ja-JP"/>
              </w:rPr>
            </w:pPr>
            <w:r w:rsidRPr="0040702C">
              <w:rPr>
                <w:rFonts w:ascii="游ゴシック" w:eastAsia="游ゴシック" w:hAnsi="游ゴシック"/>
                <w:b/>
                <w:sz w:val="24"/>
                <w:lang w:eastAsia="ja-JP"/>
              </w:rPr>
              <w:t>免許・資格（取得/取得見込）</w:t>
            </w:r>
          </w:p>
        </w:tc>
      </w:tr>
      <w:tr w:rsidR="0080422B" w14:paraId="06EC233C" w14:textId="77777777" w:rsidTr="0040702C">
        <w:tc>
          <w:tcPr>
            <w:tcW w:w="3510" w:type="dxa"/>
            <w:vAlign w:val="center"/>
          </w:tcPr>
          <w:p w14:paraId="5354340D" w14:textId="77777777" w:rsidR="0080422B" w:rsidRPr="00B70F02" w:rsidRDefault="002D6C20" w:rsidP="0040702C">
            <w:pPr>
              <w:jc w:val="right"/>
              <w:rPr>
                <w:sz w:val="20"/>
                <w:szCs w:val="18"/>
              </w:rPr>
            </w:pPr>
            <w:r w:rsidRPr="00B70F02">
              <w:rPr>
                <w:rFonts w:ascii="游ゴシック" w:eastAsia="游ゴシック" w:hAnsi="游ゴシック"/>
                <w:sz w:val="20"/>
                <w:szCs w:val="18"/>
                <w:lang w:eastAsia="ja-JP"/>
              </w:rPr>
              <w:t xml:space="preserve">　　　</w:t>
            </w:r>
            <w:r w:rsidRPr="00B70F02">
              <w:rPr>
                <w:rFonts w:ascii="游ゴシック" w:eastAsia="游ゴシック" w:hAnsi="游ゴシック"/>
                <w:sz w:val="20"/>
                <w:szCs w:val="18"/>
              </w:rPr>
              <w:t xml:space="preserve">年　</w:t>
            </w:r>
            <w:r w:rsidR="0040702C" w:rsidRPr="00B70F02">
              <w:rPr>
                <w:rFonts w:ascii="游ゴシック" w:eastAsia="游ゴシック" w:hAnsi="游ゴシック" w:hint="eastAsia"/>
                <w:sz w:val="20"/>
                <w:szCs w:val="18"/>
                <w:lang w:eastAsia="ja-JP"/>
              </w:rPr>
              <w:t xml:space="preserve">　</w:t>
            </w:r>
            <w:r w:rsidRPr="00B70F02">
              <w:rPr>
                <w:rFonts w:ascii="游ゴシック" w:eastAsia="游ゴシック" w:hAnsi="游ゴシック"/>
                <w:sz w:val="20"/>
                <w:szCs w:val="18"/>
              </w:rPr>
              <w:t xml:space="preserve">　月</w:t>
            </w:r>
          </w:p>
        </w:tc>
        <w:tc>
          <w:tcPr>
            <w:tcW w:w="6912" w:type="dxa"/>
            <w:vAlign w:val="center"/>
          </w:tcPr>
          <w:p w14:paraId="605DBB6D" w14:textId="77777777" w:rsidR="0080422B" w:rsidRPr="00B70F02" w:rsidRDefault="002D6C20">
            <w:pPr>
              <w:rPr>
                <w:sz w:val="20"/>
                <w:szCs w:val="18"/>
              </w:rPr>
            </w:pPr>
            <w:r w:rsidRPr="00B70F02">
              <w:rPr>
                <w:rFonts w:ascii="游ゴシック" w:eastAsia="游ゴシック" w:hAnsi="游ゴシック"/>
                <w:sz w:val="20"/>
                <w:szCs w:val="18"/>
              </w:rPr>
              <w:t>（例）臨床工学技士免許：取得見込</w:t>
            </w:r>
          </w:p>
        </w:tc>
      </w:tr>
      <w:tr w:rsidR="0080422B" w14:paraId="19F560C4" w14:textId="77777777" w:rsidTr="0040702C">
        <w:tc>
          <w:tcPr>
            <w:tcW w:w="3510" w:type="dxa"/>
            <w:vAlign w:val="center"/>
          </w:tcPr>
          <w:p w14:paraId="2C107816" w14:textId="77777777" w:rsidR="0080422B" w:rsidRPr="00B70F02" w:rsidRDefault="002D6C20" w:rsidP="0040702C">
            <w:pPr>
              <w:jc w:val="right"/>
              <w:rPr>
                <w:sz w:val="20"/>
                <w:szCs w:val="18"/>
              </w:rPr>
            </w:pPr>
            <w:r w:rsidRPr="00B70F02">
              <w:rPr>
                <w:rFonts w:ascii="游ゴシック" w:eastAsia="游ゴシック" w:hAnsi="游ゴシック"/>
                <w:sz w:val="20"/>
                <w:szCs w:val="18"/>
              </w:rPr>
              <w:t xml:space="preserve">　　　年　</w:t>
            </w:r>
            <w:r w:rsidR="0040702C" w:rsidRPr="00B70F02">
              <w:rPr>
                <w:rFonts w:ascii="游ゴシック" w:eastAsia="游ゴシック" w:hAnsi="游ゴシック" w:hint="eastAsia"/>
                <w:sz w:val="20"/>
                <w:szCs w:val="18"/>
                <w:lang w:eastAsia="ja-JP"/>
              </w:rPr>
              <w:t xml:space="preserve">　</w:t>
            </w:r>
            <w:r w:rsidRPr="00B70F02">
              <w:rPr>
                <w:rFonts w:ascii="游ゴシック" w:eastAsia="游ゴシック" w:hAnsi="游ゴシック"/>
                <w:sz w:val="20"/>
                <w:szCs w:val="18"/>
              </w:rPr>
              <w:t xml:space="preserve">　月</w:t>
            </w:r>
          </w:p>
        </w:tc>
        <w:tc>
          <w:tcPr>
            <w:tcW w:w="6912" w:type="dxa"/>
            <w:vAlign w:val="center"/>
          </w:tcPr>
          <w:p w14:paraId="0EDB9BD1" w14:textId="77777777" w:rsidR="0080422B" w:rsidRPr="00B70F02" w:rsidRDefault="002D6C20">
            <w:pPr>
              <w:rPr>
                <w:sz w:val="20"/>
                <w:szCs w:val="18"/>
              </w:rPr>
            </w:pPr>
            <w:r w:rsidRPr="00B70F02">
              <w:rPr>
                <w:rFonts w:ascii="游ゴシック" w:eastAsia="游ゴシック" w:hAnsi="游ゴシック"/>
                <w:sz w:val="20"/>
                <w:szCs w:val="18"/>
              </w:rPr>
              <w:t xml:space="preserve">　　　　　　　　　　　　　　　　　　　　　　　　　　　　　　</w:t>
            </w:r>
          </w:p>
        </w:tc>
      </w:tr>
      <w:tr w:rsidR="0080422B" w14:paraId="06FD0B39" w14:textId="77777777" w:rsidTr="0040702C">
        <w:tc>
          <w:tcPr>
            <w:tcW w:w="3510" w:type="dxa"/>
            <w:vAlign w:val="center"/>
          </w:tcPr>
          <w:p w14:paraId="758E0FC0" w14:textId="77777777" w:rsidR="0080422B" w:rsidRPr="00B70F02" w:rsidRDefault="002D6C20" w:rsidP="0040702C">
            <w:pPr>
              <w:jc w:val="right"/>
              <w:rPr>
                <w:sz w:val="20"/>
                <w:szCs w:val="18"/>
              </w:rPr>
            </w:pPr>
            <w:r w:rsidRPr="00B70F02">
              <w:rPr>
                <w:rFonts w:ascii="游ゴシック" w:eastAsia="游ゴシック" w:hAnsi="游ゴシック"/>
                <w:sz w:val="20"/>
                <w:szCs w:val="18"/>
              </w:rPr>
              <w:t xml:space="preserve">　　　年　</w:t>
            </w:r>
            <w:r w:rsidR="0040702C" w:rsidRPr="00B70F02">
              <w:rPr>
                <w:rFonts w:ascii="游ゴシック" w:eastAsia="游ゴシック" w:hAnsi="游ゴシック" w:hint="eastAsia"/>
                <w:sz w:val="20"/>
                <w:szCs w:val="18"/>
                <w:lang w:eastAsia="ja-JP"/>
              </w:rPr>
              <w:t xml:space="preserve">　</w:t>
            </w:r>
            <w:r w:rsidRPr="00B70F02">
              <w:rPr>
                <w:rFonts w:ascii="游ゴシック" w:eastAsia="游ゴシック" w:hAnsi="游ゴシック"/>
                <w:sz w:val="20"/>
                <w:szCs w:val="18"/>
              </w:rPr>
              <w:t xml:space="preserve">　月</w:t>
            </w:r>
          </w:p>
        </w:tc>
        <w:tc>
          <w:tcPr>
            <w:tcW w:w="6912" w:type="dxa"/>
            <w:vAlign w:val="center"/>
          </w:tcPr>
          <w:p w14:paraId="65FF1CB4" w14:textId="77777777" w:rsidR="0080422B" w:rsidRPr="00B70F02" w:rsidRDefault="002D6C20">
            <w:pPr>
              <w:rPr>
                <w:sz w:val="20"/>
                <w:szCs w:val="18"/>
              </w:rPr>
            </w:pPr>
            <w:r w:rsidRPr="00B70F02">
              <w:rPr>
                <w:rFonts w:ascii="游ゴシック" w:eastAsia="游ゴシック" w:hAnsi="游ゴシック"/>
                <w:sz w:val="20"/>
                <w:szCs w:val="18"/>
              </w:rPr>
              <w:t xml:space="preserve">　　　　　　　　　　　　　　　　　　　　　　　　　　　　　　</w:t>
            </w:r>
          </w:p>
        </w:tc>
      </w:tr>
      <w:tr w:rsidR="0080422B" w14:paraId="51D77032" w14:textId="77777777" w:rsidTr="0040702C">
        <w:tc>
          <w:tcPr>
            <w:tcW w:w="3510" w:type="dxa"/>
            <w:vAlign w:val="center"/>
          </w:tcPr>
          <w:p w14:paraId="34A4376A" w14:textId="77777777" w:rsidR="0080422B" w:rsidRPr="00B70F02" w:rsidRDefault="002D6C20" w:rsidP="0040702C">
            <w:pPr>
              <w:jc w:val="right"/>
              <w:rPr>
                <w:sz w:val="20"/>
                <w:szCs w:val="18"/>
              </w:rPr>
            </w:pPr>
            <w:r w:rsidRPr="00B70F02">
              <w:rPr>
                <w:rFonts w:ascii="游ゴシック" w:eastAsia="游ゴシック" w:hAnsi="游ゴシック"/>
                <w:sz w:val="20"/>
                <w:szCs w:val="18"/>
              </w:rPr>
              <w:t xml:space="preserve">　　　年　</w:t>
            </w:r>
            <w:r w:rsidR="0040702C" w:rsidRPr="00B70F02">
              <w:rPr>
                <w:rFonts w:ascii="游ゴシック" w:eastAsia="游ゴシック" w:hAnsi="游ゴシック" w:hint="eastAsia"/>
                <w:sz w:val="20"/>
                <w:szCs w:val="18"/>
                <w:lang w:eastAsia="ja-JP"/>
              </w:rPr>
              <w:t xml:space="preserve">　</w:t>
            </w:r>
            <w:r w:rsidRPr="00B70F02">
              <w:rPr>
                <w:rFonts w:ascii="游ゴシック" w:eastAsia="游ゴシック" w:hAnsi="游ゴシック"/>
                <w:sz w:val="20"/>
                <w:szCs w:val="18"/>
              </w:rPr>
              <w:t xml:space="preserve">　月</w:t>
            </w:r>
          </w:p>
        </w:tc>
        <w:tc>
          <w:tcPr>
            <w:tcW w:w="6912" w:type="dxa"/>
            <w:vAlign w:val="center"/>
          </w:tcPr>
          <w:p w14:paraId="1AEEAFB5" w14:textId="77777777" w:rsidR="0080422B" w:rsidRPr="00B70F02" w:rsidRDefault="002D6C20">
            <w:pPr>
              <w:rPr>
                <w:sz w:val="20"/>
                <w:szCs w:val="18"/>
              </w:rPr>
            </w:pPr>
            <w:r w:rsidRPr="00B70F02">
              <w:rPr>
                <w:rFonts w:ascii="游ゴシック" w:eastAsia="游ゴシック" w:hAnsi="游ゴシック"/>
                <w:sz w:val="20"/>
                <w:szCs w:val="18"/>
              </w:rPr>
              <w:t xml:space="preserve">　　　　　　　　　　　　　　　　　　　　　　　　　　　　　　</w:t>
            </w:r>
          </w:p>
        </w:tc>
      </w:tr>
      <w:tr w:rsidR="0080422B" w14:paraId="7486FDB8" w14:textId="77777777" w:rsidTr="0040702C">
        <w:tc>
          <w:tcPr>
            <w:tcW w:w="3510" w:type="dxa"/>
            <w:vAlign w:val="center"/>
          </w:tcPr>
          <w:p w14:paraId="50F805E8" w14:textId="77777777" w:rsidR="0080422B" w:rsidRPr="00B70F02" w:rsidRDefault="002D6C20" w:rsidP="0040702C">
            <w:pPr>
              <w:jc w:val="right"/>
              <w:rPr>
                <w:sz w:val="20"/>
                <w:szCs w:val="18"/>
              </w:rPr>
            </w:pPr>
            <w:r w:rsidRPr="00B70F02">
              <w:rPr>
                <w:rFonts w:ascii="游ゴシック" w:eastAsia="游ゴシック" w:hAnsi="游ゴシック"/>
                <w:sz w:val="20"/>
                <w:szCs w:val="18"/>
              </w:rPr>
              <w:t xml:space="preserve">　　　年　</w:t>
            </w:r>
            <w:r w:rsidR="0040702C" w:rsidRPr="00B70F02">
              <w:rPr>
                <w:rFonts w:ascii="游ゴシック" w:eastAsia="游ゴシック" w:hAnsi="游ゴシック" w:hint="eastAsia"/>
                <w:sz w:val="20"/>
                <w:szCs w:val="18"/>
                <w:lang w:eastAsia="ja-JP"/>
              </w:rPr>
              <w:t xml:space="preserve">　</w:t>
            </w:r>
            <w:r w:rsidRPr="00B70F02">
              <w:rPr>
                <w:rFonts w:ascii="游ゴシック" w:eastAsia="游ゴシック" w:hAnsi="游ゴシック"/>
                <w:sz w:val="20"/>
                <w:szCs w:val="18"/>
              </w:rPr>
              <w:t xml:space="preserve">　月</w:t>
            </w:r>
          </w:p>
        </w:tc>
        <w:tc>
          <w:tcPr>
            <w:tcW w:w="6912" w:type="dxa"/>
            <w:vAlign w:val="center"/>
          </w:tcPr>
          <w:p w14:paraId="560763A8" w14:textId="77777777" w:rsidR="0080422B" w:rsidRPr="00B70F02" w:rsidRDefault="002D6C20">
            <w:pPr>
              <w:rPr>
                <w:sz w:val="20"/>
                <w:szCs w:val="18"/>
              </w:rPr>
            </w:pPr>
            <w:r w:rsidRPr="00B70F02">
              <w:rPr>
                <w:rFonts w:ascii="游ゴシック" w:eastAsia="游ゴシック" w:hAnsi="游ゴシック"/>
                <w:sz w:val="20"/>
                <w:szCs w:val="18"/>
              </w:rPr>
              <w:t xml:space="preserve">　　　　　　　　　　　　　　　　　　　　　　　　　　　　　　</w:t>
            </w:r>
          </w:p>
        </w:tc>
      </w:tr>
      <w:tr w:rsidR="0080422B" w14:paraId="3F5AC8A0" w14:textId="77777777" w:rsidTr="0040702C">
        <w:tc>
          <w:tcPr>
            <w:tcW w:w="3510" w:type="dxa"/>
            <w:vAlign w:val="center"/>
          </w:tcPr>
          <w:p w14:paraId="79C065F0" w14:textId="77777777" w:rsidR="0080422B" w:rsidRPr="00B70F02" w:rsidRDefault="002D6C20" w:rsidP="0040702C">
            <w:pPr>
              <w:jc w:val="right"/>
              <w:rPr>
                <w:sz w:val="20"/>
                <w:szCs w:val="18"/>
              </w:rPr>
            </w:pPr>
            <w:r w:rsidRPr="00B70F02">
              <w:rPr>
                <w:rFonts w:ascii="游ゴシック" w:eastAsia="游ゴシック" w:hAnsi="游ゴシック"/>
                <w:sz w:val="20"/>
                <w:szCs w:val="18"/>
              </w:rPr>
              <w:t xml:space="preserve">　　　年　</w:t>
            </w:r>
            <w:r w:rsidR="0040702C" w:rsidRPr="00B70F02">
              <w:rPr>
                <w:rFonts w:ascii="游ゴシック" w:eastAsia="游ゴシック" w:hAnsi="游ゴシック" w:hint="eastAsia"/>
                <w:sz w:val="20"/>
                <w:szCs w:val="18"/>
                <w:lang w:eastAsia="ja-JP"/>
              </w:rPr>
              <w:t xml:space="preserve">　</w:t>
            </w:r>
            <w:r w:rsidRPr="00B70F02">
              <w:rPr>
                <w:rFonts w:ascii="游ゴシック" w:eastAsia="游ゴシック" w:hAnsi="游ゴシック"/>
                <w:sz w:val="20"/>
                <w:szCs w:val="18"/>
              </w:rPr>
              <w:t xml:space="preserve">　月</w:t>
            </w:r>
          </w:p>
        </w:tc>
        <w:tc>
          <w:tcPr>
            <w:tcW w:w="6912" w:type="dxa"/>
            <w:vAlign w:val="center"/>
          </w:tcPr>
          <w:p w14:paraId="6513B02E" w14:textId="77777777" w:rsidR="0080422B" w:rsidRPr="00B70F02" w:rsidRDefault="002D6C20">
            <w:pPr>
              <w:rPr>
                <w:sz w:val="20"/>
                <w:szCs w:val="18"/>
              </w:rPr>
            </w:pPr>
            <w:r w:rsidRPr="00B70F02">
              <w:rPr>
                <w:rFonts w:ascii="游ゴシック" w:eastAsia="游ゴシック" w:hAnsi="游ゴシック"/>
                <w:sz w:val="20"/>
                <w:szCs w:val="18"/>
              </w:rPr>
              <w:t xml:space="preserve">　　　　　　　　　　　　　　　　　　　　　　　　　　　　　　</w:t>
            </w:r>
          </w:p>
        </w:tc>
      </w:tr>
    </w:tbl>
    <w:p w14:paraId="18CF7BE4" w14:textId="77777777" w:rsidR="0080422B" w:rsidRDefault="002D6C20">
      <w:r>
        <w:br w:type="page"/>
      </w:r>
    </w:p>
    <w:p w14:paraId="6AD0A488" w14:textId="77777777" w:rsidR="0080422B" w:rsidRPr="0040702C" w:rsidRDefault="002D6C20">
      <w:pPr>
        <w:rPr>
          <w:sz w:val="24"/>
          <w:szCs w:val="24"/>
          <w:lang w:eastAsia="ja-JP"/>
        </w:rPr>
      </w:pPr>
      <w:r w:rsidRPr="0040702C">
        <w:rPr>
          <w:rFonts w:ascii="游ゴシック" w:eastAsia="游ゴシック" w:hAnsi="游ゴシック"/>
          <w:b/>
          <w:sz w:val="24"/>
          <w:szCs w:val="24"/>
          <w:lang w:eastAsia="ja-JP"/>
        </w:rPr>
        <w:lastRenderedPageBreak/>
        <w:t>研究・卒業論文・発表（任意）</w:t>
      </w:r>
    </w:p>
    <w:tbl>
      <w:tblPr>
        <w:tblStyle w:val="afe"/>
        <w:tblW w:w="0" w:type="auto"/>
        <w:tblLook w:val="04A0" w:firstRow="1" w:lastRow="0" w:firstColumn="1" w:lastColumn="0" w:noHBand="0" w:noVBand="1"/>
      </w:tblPr>
      <w:tblGrid>
        <w:gridCol w:w="4730"/>
        <w:gridCol w:w="2846"/>
        <w:gridCol w:w="2846"/>
      </w:tblGrid>
      <w:tr w:rsidR="0080422B" w:rsidRPr="0040702C" w14:paraId="64F6D9C4" w14:textId="77777777">
        <w:tc>
          <w:tcPr>
            <w:tcW w:w="3402" w:type="dxa"/>
          </w:tcPr>
          <w:p w14:paraId="6144D2EA" w14:textId="77777777" w:rsidR="0080422B" w:rsidRPr="0040702C" w:rsidRDefault="002D6C20">
            <w:pPr>
              <w:jc w:val="center"/>
              <w:rPr>
                <w:sz w:val="24"/>
                <w:szCs w:val="24"/>
              </w:rPr>
            </w:pPr>
            <w:proofErr w:type="spellStart"/>
            <w:r w:rsidRPr="0040702C">
              <w:rPr>
                <w:rFonts w:ascii="游ゴシック" w:eastAsia="游ゴシック" w:hAnsi="游ゴシック"/>
                <w:b/>
                <w:sz w:val="24"/>
                <w:szCs w:val="24"/>
              </w:rPr>
              <w:t>題目</w:t>
            </w:r>
            <w:proofErr w:type="spellEnd"/>
            <w:r w:rsidRPr="0040702C">
              <w:rPr>
                <w:rFonts w:ascii="游ゴシック" w:eastAsia="游ゴシック" w:hAnsi="游ゴシック"/>
                <w:b/>
                <w:sz w:val="24"/>
                <w:szCs w:val="24"/>
              </w:rPr>
              <w:t>/</w:t>
            </w:r>
            <w:proofErr w:type="spellStart"/>
            <w:r w:rsidRPr="0040702C">
              <w:rPr>
                <w:rFonts w:ascii="游ゴシック" w:eastAsia="游ゴシック" w:hAnsi="游ゴシック"/>
                <w:b/>
                <w:sz w:val="24"/>
                <w:szCs w:val="24"/>
              </w:rPr>
              <w:t>テーマ・役割</w:t>
            </w:r>
            <w:proofErr w:type="spellEnd"/>
          </w:p>
        </w:tc>
        <w:tc>
          <w:tcPr>
            <w:tcW w:w="3402" w:type="dxa"/>
          </w:tcPr>
          <w:p w14:paraId="285C4F39" w14:textId="77777777" w:rsidR="0080422B" w:rsidRPr="0040702C" w:rsidRDefault="002D6C20">
            <w:pPr>
              <w:jc w:val="center"/>
              <w:rPr>
                <w:sz w:val="24"/>
                <w:szCs w:val="24"/>
              </w:rPr>
            </w:pPr>
            <w:r w:rsidRPr="0040702C">
              <w:rPr>
                <w:rFonts w:ascii="游ゴシック" w:eastAsia="游ゴシック" w:hAnsi="游ゴシック"/>
                <w:b/>
                <w:sz w:val="24"/>
                <w:szCs w:val="24"/>
              </w:rPr>
              <w:t>学会/雑誌等</w:t>
            </w:r>
          </w:p>
        </w:tc>
        <w:tc>
          <w:tcPr>
            <w:tcW w:w="3402" w:type="dxa"/>
          </w:tcPr>
          <w:p w14:paraId="78580CFA" w14:textId="77777777" w:rsidR="0080422B" w:rsidRPr="0040702C" w:rsidRDefault="002D6C20">
            <w:pPr>
              <w:jc w:val="center"/>
              <w:rPr>
                <w:sz w:val="24"/>
                <w:szCs w:val="24"/>
              </w:rPr>
            </w:pPr>
            <w:r w:rsidRPr="0040702C">
              <w:rPr>
                <w:rFonts w:ascii="游ゴシック" w:eastAsia="游ゴシック" w:hAnsi="游ゴシック"/>
                <w:b/>
                <w:sz w:val="24"/>
                <w:szCs w:val="24"/>
              </w:rPr>
              <w:t>年</w:t>
            </w:r>
          </w:p>
        </w:tc>
      </w:tr>
      <w:tr w:rsidR="0080422B" w:rsidRPr="0040702C" w14:paraId="28560803" w14:textId="77777777">
        <w:tc>
          <w:tcPr>
            <w:tcW w:w="5669" w:type="dxa"/>
            <w:vAlign w:val="center"/>
          </w:tcPr>
          <w:p w14:paraId="6D0D1349"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c>
          <w:tcPr>
            <w:tcW w:w="3402" w:type="dxa"/>
            <w:vAlign w:val="center"/>
          </w:tcPr>
          <w:p w14:paraId="29A9C49E"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c>
          <w:tcPr>
            <w:tcW w:w="1417" w:type="dxa"/>
            <w:vAlign w:val="center"/>
          </w:tcPr>
          <w:p w14:paraId="70E8A6DB"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r>
      <w:tr w:rsidR="0080422B" w:rsidRPr="0040702C" w14:paraId="28B9A255" w14:textId="77777777">
        <w:tc>
          <w:tcPr>
            <w:tcW w:w="5669" w:type="dxa"/>
            <w:vAlign w:val="center"/>
          </w:tcPr>
          <w:p w14:paraId="077E16A9"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c>
          <w:tcPr>
            <w:tcW w:w="3402" w:type="dxa"/>
            <w:vAlign w:val="center"/>
          </w:tcPr>
          <w:p w14:paraId="0B381462"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c>
          <w:tcPr>
            <w:tcW w:w="1417" w:type="dxa"/>
            <w:vAlign w:val="center"/>
          </w:tcPr>
          <w:p w14:paraId="0172B5EB"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r>
      <w:tr w:rsidR="0080422B" w:rsidRPr="0040702C" w14:paraId="291D0026" w14:textId="77777777">
        <w:tc>
          <w:tcPr>
            <w:tcW w:w="5669" w:type="dxa"/>
            <w:vAlign w:val="center"/>
          </w:tcPr>
          <w:p w14:paraId="749565ED"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c>
          <w:tcPr>
            <w:tcW w:w="3402" w:type="dxa"/>
            <w:vAlign w:val="center"/>
          </w:tcPr>
          <w:p w14:paraId="227432A4"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c>
          <w:tcPr>
            <w:tcW w:w="1417" w:type="dxa"/>
            <w:vAlign w:val="center"/>
          </w:tcPr>
          <w:p w14:paraId="5EC79145"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r>
      <w:tr w:rsidR="0080422B" w:rsidRPr="0040702C" w14:paraId="144E48BD" w14:textId="77777777">
        <w:tc>
          <w:tcPr>
            <w:tcW w:w="5669" w:type="dxa"/>
            <w:vAlign w:val="center"/>
          </w:tcPr>
          <w:p w14:paraId="589B83DA"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c>
          <w:tcPr>
            <w:tcW w:w="3402" w:type="dxa"/>
            <w:vAlign w:val="center"/>
          </w:tcPr>
          <w:p w14:paraId="611E1810"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c>
          <w:tcPr>
            <w:tcW w:w="1417" w:type="dxa"/>
            <w:vAlign w:val="center"/>
          </w:tcPr>
          <w:p w14:paraId="5A8DFDCB" w14:textId="77777777" w:rsidR="0080422B" w:rsidRPr="0040702C" w:rsidRDefault="002D6C20">
            <w:pPr>
              <w:rPr>
                <w:sz w:val="24"/>
                <w:szCs w:val="24"/>
              </w:rPr>
            </w:pPr>
            <w:r w:rsidRPr="0040702C">
              <w:rPr>
                <w:rFonts w:ascii="游ゴシック" w:eastAsia="游ゴシック" w:hAnsi="游ゴシック"/>
                <w:sz w:val="24"/>
                <w:szCs w:val="24"/>
              </w:rPr>
              <w:t xml:space="preserve">　　　</w:t>
            </w:r>
          </w:p>
        </w:tc>
      </w:tr>
    </w:tbl>
    <w:p w14:paraId="1A493508" w14:textId="77777777" w:rsidR="0080422B" w:rsidRPr="0040702C" w:rsidRDefault="0080422B">
      <w:pPr>
        <w:rPr>
          <w:sz w:val="8"/>
          <w:szCs w:val="10"/>
        </w:rPr>
      </w:pPr>
    </w:p>
    <w:p w14:paraId="05843A7E" w14:textId="77777777" w:rsidR="0080422B" w:rsidRPr="0040702C" w:rsidRDefault="002D6C20">
      <w:pPr>
        <w:rPr>
          <w:sz w:val="24"/>
          <w:szCs w:val="24"/>
        </w:rPr>
      </w:pPr>
      <w:proofErr w:type="spellStart"/>
      <w:r w:rsidRPr="0040702C">
        <w:rPr>
          <w:rFonts w:ascii="游ゴシック" w:eastAsia="游ゴシック" w:hAnsi="游ゴシック"/>
          <w:b/>
          <w:sz w:val="24"/>
          <w:szCs w:val="24"/>
        </w:rPr>
        <w:t>自己PR</w:t>
      </w:r>
      <w:proofErr w:type="spellEnd"/>
    </w:p>
    <w:tbl>
      <w:tblPr>
        <w:tblStyle w:val="afe"/>
        <w:tblW w:w="0" w:type="auto"/>
        <w:tblLook w:val="04A0" w:firstRow="1" w:lastRow="0" w:firstColumn="1" w:lastColumn="0" w:noHBand="0" w:noVBand="1"/>
      </w:tblPr>
      <w:tblGrid>
        <w:gridCol w:w="10206"/>
      </w:tblGrid>
      <w:tr w:rsidR="0080422B" w:rsidRPr="0040702C" w14:paraId="5FEC4CF0" w14:textId="77777777">
        <w:tc>
          <w:tcPr>
            <w:tcW w:w="10206" w:type="dxa"/>
          </w:tcPr>
          <w:p w14:paraId="3CC4AB4C" w14:textId="77777777" w:rsidR="0080422B" w:rsidRPr="0040702C" w:rsidRDefault="002D6C20">
            <w:pPr>
              <w:rPr>
                <w:sz w:val="24"/>
                <w:szCs w:val="24"/>
              </w:rPr>
            </w:pPr>
            <w:r w:rsidRPr="0040702C">
              <w:rPr>
                <w:rFonts w:ascii="游ゴシック" w:eastAsia="游ゴシック" w:hAnsi="游ゴシック"/>
                <w:sz w:val="24"/>
                <w:szCs w:val="24"/>
              </w:rPr>
              <w:br/>
            </w:r>
            <w:r w:rsidRPr="0040702C">
              <w:rPr>
                <w:rFonts w:ascii="游ゴシック" w:eastAsia="游ゴシック" w:hAnsi="游ゴシック"/>
                <w:sz w:val="24"/>
                <w:szCs w:val="24"/>
              </w:rPr>
              <w:br/>
            </w:r>
            <w:r w:rsidRPr="0040702C">
              <w:rPr>
                <w:rFonts w:ascii="游ゴシック" w:eastAsia="游ゴシック" w:hAnsi="游ゴシック"/>
                <w:sz w:val="24"/>
                <w:szCs w:val="24"/>
              </w:rPr>
              <w:br/>
            </w:r>
            <w:r w:rsidRPr="0040702C">
              <w:rPr>
                <w:rFonts w:ascii="游ゴシック" w:eastAsia="游ゴシック" w:hAnsi="游ゴシック"/>
                <w:sz w:val="24"/>
                <w:szCs w:val="24"/>
              </w:rPr>
              <w:br/>
            </w:r>
            <w:r w:rsidRPr="0040702C">
              <w:rPr>
                <w:rFonts w:ascii="游ゴシック" w:eastAsia="游ゴシック" w:hAnsi="游ゴシック"/>
                <w:sz w:val="24"/>
                <w:szCs w:val="24"/>
              </w:rPr>
              <w:br/>
            </w:r>
          </w:p>
        </w:tc>
      </w:tr>
    </w:tbl>
    <w:p w14:paraId="07507439" w14:textId="77777777" w:rsidR="0080422B" w:rsidRPr="0040702C" w:rsidRDefault="0080422B">
      <w:pPr>
        <w:rPr>
          <w:sz w:val="8"/>
          <w:szCs w:val="10"/>
        </w:rPr>
      </w:pPr>
    </w:p>
    <w:p w14:paraId="34876ACD" w14:textId="77777777" w:rsidR="0080422B" w:rsidRPr="0040702C" w:rsidRDefault="002D6C20">
      <w:pPr>
        <w:rPr>
          <w:sz w:val="24"/>
          <w:szCs w:val="24"/>
        </w:rPr>
      </w:pPr>
      <w:proofErr w:type="spellStart"/>
      <w:r w:rsidRPr="0040702C">
        <w:rPr>
          <w:rFonts w:ascii="游ゴシック" w:eastAsia="游ゴシック" w:hAnsi="游ゴシック"/>
          <w:b/>
          <w:sz w:val="24"/>
          <w:szCs w:val="24"/>
        </w:rPr>
        <w:t>志望動機</w:t>
      </w:r>
      <w:proofErr w:type="spellEnd"/>
    </w:p>
    <w:tbl>
      <w:tblPr>
        <w:tblStyle w:val="afe"/>
        <w:tblW w:w="0" w:type="auto"/>
        <w:tblLook w:val="04A0" w:firstRow="1" w:lastRow="0" w:firstColumn="1" w:lastColumn="0" w:noHBand="0" w:noVBand="1"/>
      </w:tblPr>
      <w:tblGrid>
        <w:gridCol w:w="10206"/>
      </w:tblGrid>
      <w:tr w:rsidR="0080422B" w:rsidRPr="0040702C" w14:paraId="3D4FE834" w14:textId="77777777">
        <w:tc>
          <w:tcPr>
            <w:tcW w:w="10206" w:type="dxa"/>
          </w:tcPr>
          <w:p w14:paraId="4A1907E0" w14:textId="77777777" w:rsidR="0080422B" w:rsidRPr="0040702C" w:rsidRDefault="002D6C20">
            <w:pPr>
              <w:rPr>
                <w:sz w:val="24"/>
                <w:szCs w:val="24"/>
              </w:rPr>
            </w:pPr>
            <w:r w:rsidRPr="0040702C">
              <w:rPr>
                <w:rFonts w:ascii="游ゴシック" w:eastAsia="游ゴシック" w:hAnsi="游ゴシック"/>
                <w:sz w:val="24"/>
                <w:szCs w:val="24"/>
              </w:rPr>
              <w:br/>
            </w:r>
            <w:r w:rsidRPr="0040702C">
              <w:rPr>
                <w:rFonts w:ascii="游ゴシック" w:eastAsia="游ゴシック" w:hAnsi="游ゴシック"/>
                <w:sz w:val="24"/>
                <w:szCs w:val="24"/>
              </w:rPr>
              <w:br/>
            </w:r>
            <w:r w:rsidRPr="0040702C">
              <w:rPr>
                <w:rFonts w:ascii="游ゴシック" w:eastAsia="游ゴシック" w:hAnsi="游ゴシック"/>
                <w:sz w:val="24"/>
                <w:szCs w:val="24"/>
              </w:rPr>
              <w:br/>
            </w:r>
            <w:r w:rsidRPr="0040702C">
              <w:rPr>
                <w:rFonts w:ascii="游ゴシック" w:eastAsia="游ゴシック" w:hAnsi="游ゴシック"/>
                <w:sz w:val="24"/>
                <w:szCs w:val="24"/>
              </w:rPr>
              <w:br/>
            </w:r>
            <w:r w:rsidRPr="0040702C">
              <w:rPr>
                <w:rFonts w:ascii="游ゴシック" w:eastAsia="游ゴシック" w:hAnsi="游ゴシック"/>
                <w:sz w:val="24"/>
                <w:szCs w:val="24"/>
              </w:rPr>
              <w:br/>
            </w:r>
          </w:p>
        </w:tc>
      </w:tr>
    </w:tbl>
    <w:p w14:paraId="3D8BE5D6" w14:textId="77777777" w:rsidR="0080422B" w:rsidRPr="0040702C" w:rsidRDefault="0080422B">
      <w:pPr>
        <w:rPr>
          <w:sz w:val="8"/>
          <w:szCs w:val="10"/>
        </w:rPr>
      </w:pPr>
    </w:p>
    <w:p w14:paraId="3AFD1F81" w14:textId="77777777" w:rsidR="0080422B" w:rsidRPr="0040702C" w:rsidRDefault="002D6C20">
      <w:pPr>
        <w:rPr>
          <w:sz w:val="24"/>
          <w:szCs w:val="24"/>
          <w:lang w:eastAsia="ja-JP"/>
        </w:rPr>
      </w:pPr>
      <w:r w:rsidRPr="0040702C">
        <w:rPr>
          <w:rFonts w:ascii="游ゴシック" w:eastAsia="游ゴシック" w:hAnsi="游ゴシック"/>
          <w:b/>
          <w:sz w:val="24"/>
          <w:szCs w:val="24"/>
          <w:lang w:eastAsia="ja-JP"/>
        </w:rPr>
        <w:t>課外活動・アルバイト・ボランティア等（任意）</w:t>
      </w:r>
    </w:p>
    <w:tbl>
      <w:tblPr>
        <w:tblStyle w:val="afe"/>
        <w:tblW w:w="0" w:type="auto"/>
        <w:tblLook w:val="04A0" w:firstRow="1" w:lastRow="0" w:firstColumn="1" w:lastColumn="0" w:noHBand="0" w:noVBand="1"/>
      </w:tblPr>
      <w:tblGrid>
        <w:gridCol w:w="10206"/>
      </w:tblGrid>
      <w:tr w:rsidR="0080422B" w:rsidRPr="0040702C" w14:paraId="46E26A6B" w14:textId="77777777">
        <w:tc>
          <w:tcPr>
            <w:tcW w:w="10206" w:type="dxa"/>
          </w:tcPr>
          <w:p w14:paraId="1BAE6CC2" w14:textId="68E0F4C9" w:rsidR="0080422B" w:rsidRPr="0040702C" w:rsidRDefault="002D6C20">
            <w:pPr>
              <w:rPr>
                <w:sz w:val="24"/>
                <w:szCs w:val="24"/>
                <w:lang w:eastAsia="ja-JP"/>
              </w:rPr>
            </w:pPr>
            <w:r w:rsidRPr="0040702C">
              <w:rPr>
                <w:rFonts w:ascii="游ゴシック" w:eastAsia="游ゴシック" w:hAnsi="游ゴシック"/>
                <w:sz w:val="24"/>
                <w:szCs w:val="24"/>
                <w:lang w:eastAsia="ja-JP"/>
              </w:rPr>
              <w:br/>
            </w:r>
            <w:r w:rsidRPr="0040702C">
              <w:rPr>
                <w:rFonts w:ascii="游ゴシック" w:eastAsia="游ゴシック" w:hAnsi="游ゴシック"/>
                <w:sz w:val="24"/>
                <w:szCs w:val="24"/>
                <w:lang w:eastAsia="ja-JP"/>
              </w:rPr>
              <w:br/>
            </w:r>
          </w:p>
          <w:p w14:paraId="0D8F209A" w14:textId="77777777" w:rsidR="00CF6D8C" w:rsidRPr="0040702C" w:rsidRDefault="00CF6D8C">
            <w:pPr>
              <w:rPr>
                <w:sz w:val="24"/>
                <w:szCs w:val="24"/>
                <w:lang w:eastAsia="ja-JP"/>
              </w:rPr>
            </w:pPr>
          </w:p>
        </w:tc>
      </w:tr>
    </w:tbl>
    <w:p w14:paraId="771966BB" w14:textId="77777777" w:rsidR="0080422B" w:rsidRPr="0040702C" w:rsidRDefault="0080422B">
      <w:pPr>
        <w:rPr>
          <w:sz w:val="8"/>
          <w:szCs w:val="10"/>
          <w:lang w:eastAsia="ja-JP"/>
        </w:rPr>
      </w:pPr>
    </w:p>
    <w:p w14:paraId="2487084D" w14:textId="77777777" w:rsidR="0080422B" w:rsidRPr="0040702C" w:rsidRDefault="002D6C20">
      <w:pPr>
        <w:rPr>
          <w:sz w:val="24"/>
          <w:szCs w:val="24"/>
          <w:lang w:eastAsia="ja-JP"/>
        </w:rPr>
      </w:pPr>
      <w:r w:rsidRPr="0040702C">
        <w:rPr>
          <w:rFonts w:ascii="游ゴシック" w:eastAsia="游ゴシック" w:hAnsi="游ゴシック"/>
          <w:b/>
          <w:sz w:val="24"/>
          <w:szCs w:val="24"/>
          <w:lang w:eastAsia="ja-JP"/>
        </w:rPr>
        <w:t>業務上の配慮希望（任意）※健康情報の詳細は記載不要</w:t>
      </w:r>
    </w:p>
    <w:tbl>
      <w:tblPr>
        <w:tblStyle w:val="afe"/>
        <w:tblW w:w="0" w:type="auto"/>
        <w:tblLook w:val="04A0" w:firstRow="1" w:lastRow="0" w:firstColumn="1" w:lastColumn="0" w:noHBand="0" w:noVBand="1"/>
      </w:tblPr>
      <w:tblGrid>
        <w:gridCol w:w="10206"/>
      </w:tblGrid>
      <w:tr w:rsidR="0080422B" w:rsidRPr="0040702C" w14:paraId="4B80D98F" w14:textId="77777777">
        <w:tc>
          <w:tcPr>
            <w:tcW w:w="10206" w:type="dxa"/>
          </w:tcPr>
          <w:p w14:paraId="159D382D" w14:textId="191BBCDB" w:rsidR="00CF6D8C" w:rsidRPr="0040702C" w:rsidRDefault="002D6C20">
            <w:pPr>
              <w:rPr>
                <w:rFonts w:hint="eastAsia"/>
                <w:sz w:val="24"/>
                <w:szCs w:val="24"/>
                <w:lang w:eastAsia="ja-JP"/>
              </w:rPr>
            </w:pPr>
            <w:r w:rsidRPr="0040702C">
              <w:rPr>
                <w:rFonts w:ascii="游ゴシック" w:eastAsia="游ゴシック" w:hAnsi="游ゴシック"/>
                <w:sz w:val="24"/>
                <w:szCs w:val="24"/>
                <w:lang w:eastAsia="ja-JP"/>
              </w:rPr>
              <w:t>（例：夜勤について要相談、通院配慮が必要、など）</w:t>
            </w:r>
            <w:r w:rsidRPr="0040702C">
              <w:rPr>
                <w:rFonts w:ascii="游ゴシック" w:eastAsia="游ゴシック" w:hAnsi="游ゴシック"/>
                <w:sz w:val="24"/>
                <w:szCs w:val="24"/>
                <w:lang w:eastAsia="ja-JP"/>
              </w:rPr>
              <w:br/>
            </w:r>
            <w:r w:rsidRPr="0040702C">
              <w:rPr>
                <w:rFonts w:ascii="游ゴシック" w:eastAsia="游ゴシック" w:hAnsi="游ゴシック"/>
                <w:sz w:val="24"/>
                <w:szCs w:val="24"/>
                <w:lang w:eastAsia="ja-JP"/>
              </w:rPr>
              <w:br/>
            </w:r>
            <w:r w:rsidRPr="0040702C">
              <w:rPr>
                <w:rFonts w:ascii="游ゴシック" w:eastAsia="游ゴシック" w:hAnsi="游ゴシック"/>
                <w:sz w:val="24"/>
                <w:szCs w:val="24"/>
                <w:lang w:eastAsia="ja-JP"/>
              </w:rPr>
              <w:br/>
            </w:r>
          </w:p>
        </w:tc>
      </w:tr>
    </w:tbl>
    <w:p w14:paraId="29271A2B" w14:textId="77777777" w:rsidR="0080422B" w:rsidRDefault="0080422B">
      <w:pPr>
        <w:rPr>
          <w:lang w:eastAsia="ja-JP"/>
        </w:rPr>
      </w:pPr>
    </w:p>
    <w:p w14:paraId="5C23A794" w14:textId="77777777" w:rsidR="0080422B" w:rsidRDefault="002D6C20">
      <w:pPr>
        <w:rPr>
          <w:lang w:eastAsia="ja-JP"/>
        </w:rPr>
      </w:pPr>
      <w:r>
        <w:rPr>
          <w:rFonts w:ascii="游ゴシック" w:eastAsia="游ゴシック" w:hAnsi="游ゴシック"/>
          <w:sz w:val="18"/>
          <w:lang w:eastAsia="ja-JP"/>
        </w:rPr>
        <w:t>※本用紙に記載いただく内容は採用選考及び入職手続きに必要な範囲で利用し、適切に管理します。</w:t>
      </w:r>
    </w:p>
    <w:sectPr w:rsidR="0080422B" w:rsidSect="00034616">
      <w:headerReference w:type="default" r:id="rId8"/>
      <w:pgSz w:w="11906" w:h="16838"/>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7218F" w14:textId="77777777" w:rsidR="00D45CA6" w:rsidRDefault="00D45CA6" w:rsidP="006533FF">
      <w:pPr>
        <w:spacing w:after="0" w:line="240" w:lineRule="auto"/>
      </w:pPr>
      <w:r>
        <w:separator/>
      </w:r>
    </w:p>
  </w:endnote>
  <w:endnote w:type="continuationSeparator" w:id="0">
    <w:p w14:paraId="632F51FC" w14:textId="77777777" w:rsidR="00D45CA6" w:rsidRDefault="00D45CA6" w:rsidP="00653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84D7D" w14:textId="77777777" w:rsidR="00D45CA6" w:rsidRDefault="00D45CA6" w:rsidP="006533FF">
      <w:pPr>
        <w:spacing w:after="0" w:line="240" w:lineRule="auto"/>
      </w:pPr>
      <w:r>
        <w:separator/>
      </w:r>
    </w:p>
  </w:footnote>
  <w:footnote w:type="continuationSeparator" w:id="0">
    <w:p w14:paraId="7091116E" w14:textId="77777777" w:rsidR="00D45CA6" w:rsidRDefault="00D45CA6" w:rsidP="006533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BF58" w14:textId="77777777" w:rsidR="006533FF" w:rsidRDefault="006533FF" w:rsidP="006533FF">
    <w:pPr>
      <w:pStyle w:val="a5"/>
      <w:jc w:val="right"/>
    </w:pPr>
    <w:r w:rsidRPr="006533FF">
      <w:rPr>
        <w:rFonts w:ascii="游ゴシック" w:eastAsia="游ゴシック" w:hAnsi="游ゴシック"/>
        <w:noProof/>
        <w:sz w:val="21"/>
      </w:rPr>
      <w:drawing>
        <wp:inline distT="0" distB="0" distL="0" distR="0" wp14:anchorId="39EB24D3" wp14:editId="0CF08F7E">
          <wp:extent cx="3206649" cy="473362"/>
          <wp:effectExtent l="0" t="0" r="0" b="0"/>
          <wp:docPr id="33" name="図 32">
            <a:extLst xmlns:a="http://schemas.openxmlformats.org/drawingml/2006/main">
              <a:ext uri="{FF2B5EF4-FFF2-40B4-BE49-F238E27FC236}">
                <a16:creationId xmlns:a16="http://schemas.microsoft.com/office/drawing/2014/main" id="{8D0B1657-624D-E044-9DE7-ABBDAB865F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2">
                    <a:extLst>
                      <a:ext uri="{FF2B5EF4-FFF2-40B4-BE49-F238E27FC236}">
                        <a16:creationId xmlns:a16="http://schemas.microsoft.com/office/drawing/2014/main" id="{8D0B1657-624D-E044-9DE7-ABBDAB865F5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206649" cy="4733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82724735">
    <w:abstractNumId w:val="8"/>
  </w:num>
  <w:num w:numId="2" w16cid:durableId="971249639">
    <w:abstractNumId w:val="6"/>
  </w:num>
  <w:num w:numId="3" w16cid:durableId="367679733">
    <w:abstractNumId w:val="5"/>
  </w:num>
  <w:num w:numId="4" w16cid:durableId="24865618">
    <w:abstractNumId w:val="4"/>
  </w:num>
  <w:num w:numId="5" w16cid:durableId="1485929209">
    <w:abstractNumId w:val="7"/>
  </w:num>
  <w:num w:numId="6" w16cid:durableId="1929800682">
    <w:abstractNumId w:val="3"/>
  </w:num>
  <w:num w:numId="7" w16cid:durableId="2086879516">
    <w:abstractNumId w:val="2"/>
  </w:num>
  <w:num w:numId="8" w16cid:durableId="463929966">
    <w:abstractNumId w:val="1"/>
  </w:num>
  <w:num w:numId="9" w16cid:durableId="2014600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694E"/>
    <w:rsid w:val="0015074B"/>
    <w:rsid w:val="0029639D"/>
    <w:rsid w:val="002D6C20"/>
    <w:rsid w:val="00326F90"/>
    <w:rsid w:val="0040702C"/>
    <w:rsid w:val="00432E69"/>
    <w:rsid w:val="004C34EF"/>
    <w:rsid w:val="006533FF"/>
    <w:rsid w:val="00785849"/>
    <w:rsid w:val="0080422B"/>
    <w:rsid w:val="008C1D75"/>
    <w:rsid w:val="00AA1D8D"/>
    <w:rsid w:val="00B47730"/>
    <w:rsid w:val="00B70F02"/>
    <w:rsid w:val="00CB0664"/>
    <w:rsid w:val="00CF6D8C"/>
    <w:rsid w:val="00D45CA6"/>
    <w:rsid w:val="00D45E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96E6D6F"/>
  <w14:defaultImageDpi w14:val="300"/>
  <w15:docId w15:val="{FD6E44C8-69BF-EE48-BD35-BBEAF445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CABC8-FEBF-0049-B42B-BD010B7AB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211</Words>
  <Characters>1203</Characters>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2025-12-19T00:13:00Z</cp:lastPrinted>
  <dcterms:created xsi:type="dcterms:W3CDTF">2025-12-16T00:49:00Z</dcterms:created>
  <dcterms:modified xsi:type="dcterms:W3CDTF">2025-12-19T00:13:00Z</dcterms:modified>
  <cp:category/>
</cp:coreProperties>
</file>